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הוויכוח על הטיול</w:t>
      </w:r>
    </w:p>
    <w:p>
      <w:pPr>
        <w:bidi w:val="1"/>
        <w:spacing w:after="40" w:before="0"/>
      </w:pPr>
      <w:r>
        <w:rPr>
          <w:rFonts w:ascii="Arial" w:hAnsi="Arial" w:cs="Arial"/>
          <w:b w:val="0"/>
          <w:color w:val="5D5675"/>
          <w:sz w:val="23"/>
          <w:rtl w:val="1"/>
          <w:szCs w:val="23"/>
        </w:rPr>
        <w:t>כיתה ח׳ · סיפור קצר · 336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הוויכוח על הטיול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לאן רצתה מאיה לטייל? ✔ ב. לנחל עם המעיין</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דור לא רצה ללכת לנחל? ✔ ב. כי הוא פוחד ממים עמוקים</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בפסקה ב – הצב שמסתתר בשריון מבטא שרועי נמנע מהוויכוח ולא רוצה להתערב; בפסקה ו – הצב שיוצא ורוקד מבטא הקלה ושמחה שהוויכוח נפתר.</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שהעמדה היא מה שאדם דורש (נחל / קניון), והצורך הוא הסיבה האמיתית מאחוריה. מאיה רצתה לשתף מקום שקשור לאביה; דור רצה להרגיש בטוח. כשמבינים את הצרכים, אפשר למצוא פתרון לשניהם.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מהסיפור (למשל: השיחות הנפרדות של שני גילו צרכים שהצבעה לא הייתה מגלה).</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18: הוויכוח על הטיול</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כולנו מתווכחים לפעמים עם חברים – על מה לעשות, לאן ללכת, מי צודק. איך יוצאים מוויכוח בלי לאבד חבר? הסיפור שלפניכם עוסק בוויכוח אחד ובדרך שבה הוא נפתר. קראו, ושימו לב מה כל דמות רוצה באמת.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הוויכוח על הטיול</w:t>
            </w:r>
          </w:p>
          <w:p>
            <w:pPr>
              <w:bidi w:val="1"/>
            </w:pPr>
            <w:r>
              <w:rPr>
                <w:rFonts w:ascii="Arial" w:hAnsi="Arial" w:cs="Arial"/>
                <w:b/>
                <w:color w:val="5D5675"/>
                <w:sz w:val="26"/>
                <w:rtl w:val="1"/>
                <w:szCs w:val="26"/>
                <w:bCs/>
              </w:rPr>
              <w:t>ארבעה חברים, טיול אחד, ושתי תוכניות שאי אפשר לחבר. או שאפשר?</w:t>
            </w:r>
          </w:p>
          <w:p>
            <w:pPr>
              <w:bidi w:val="1"/>
            </w:pPr>
            <w:r>
              <w:rPr>
                <w:rFonts w:ascii="Arial" w:hAnsi="Arial" w:cs="Arial"/>
                <w:b/>
                <w:color w:val="7A5BD6"/>
                <w:sz w:val="26"/>
                <w:rtl w:val="1"/>
                <w:szCs w:val="26"/>
                <w:bCs/>
              </w:rPr>
              <w:t xml:space="preserve">א.  </w:t>
            </w:r>
            <w:r>
              <w:rPr>
                <w:rFonts w:ascii="Arial" w:hAnsi="Arial" w:cs="Arial"/>
                <w:b w:val="0"/>
                <w:sz w:val="26"/>
                <w:rtl w:val="1"/>
                <w:szCs w:val="26"/>
              </w:rPr>
              <w:t>הרעיון היה פשוט: ארבעה חברים, יום חופש אחד, טיול ראשון בלי הורים. הבעיה התחילה כשניסו להחליט לאן. מאיה רצתה ללכת לנחל, עם המעיין והקפיצה מהסלע. דור רצה ללכת לעיר, לקניון ולמשחקייה. בתוך עשר דקות, השיחה בקבוצה כבר הייתה מלאה בסימני קריאה.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"אתה תמיד רוצה רק קניונים!" כתבה מאיה. "ואת תמיד מחליטה בשביל כולם!" ענה דור. שני, שהייתה החברה הכי טובה של שניהם, הרגישה כמו חבל במשחק משיכה. רועי, הרביעי, פשוט שתק ושלח מדבקה של צב שמסתתר בשריון.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באותו ערב, שני התקשרה למאיה. "למה כל כך חשוב לך הנחל?" שאלה. מאיה שתקה רגע. "כי בפעם האחרונה שהייתי שם הייתי עם אבא שלי, לפני שעבר לגור בעיר אחרת. אני רוצה להראות לכם את המקום." שני לא ידעה את זה. אחר כך התקשרה לדור. מתברר שדור בכלל לא אהב קניונים. הוא פחד ממים עמוקים, מאז שכמעט טבע בבריכה בכיתה ג׳, ולא רצה להודות בזה מול כולם.</w:t>
            </w:r>
          </w:p>
          <w:p>
            <w:pPr>
              <w:bidi w:val="1"/>
            </w:pPr>
            <w:r>
              <w:rPr>
                <w:rFonts w:ascii="Arial" w:hAnsi="Arial" w:cs="Arial"/>
                <w:b/>
                <w:color w:val="7A5BD6"/>
                <w:sz w:val="26"/>
                <w:rtl w:val="1"/>
                <w:szCs w:val="26"/>
                <w:bCs/>
              </w:rPr>
              <w:t xml:space="preserve">ד.  </w:t>
            </w:r>
            <w:r>
              <w:rPr>
                <w:rFonts w:ascii="Arial" w:hAnsi="Arial" w:cs="Arial"/>
                <w:b w:val="0"/>
                <w:sz w:val="26"/>
                <w:rtl w:val="1"/>
                <w:szCs w:val="26"/>
              </w:rPr>
              <w:t>שני הבינה משהו חשוב: מאחורי כל עמדה – "נחל" או "קניון" – הסתתר צורך אחר. מאיה לא רצתה "לנצח"; היא רצתה לשתף מקום שחשוב לה. דור לא באמת רצה קניון; הוא רצה להרגיש בטוח. ואם זה כך, אולי יש פתרון שעונה על שני הצרכים.</w:t>
            </w:r>
          </w:p>
          <w:p>
            <w:pPr>
              <w:bidi w:val="1"/>
            </w:pPr>
            <w:r>
              <w:rPr>
                <w:rFonts w:ascii="Arial" w:hAnsi="Arial" w:cs="Arial"/>
                <w:b/>
                <w:color w:val="7A5BD6"/>
                <w:sz w:val="26"/>
                <w:rtl w:val="1"/>
                <w:szCs w:val="26"/>
                <w:bCs/>
              </w:rPr>
              <w:t xml:space="preserve">ו.  </w:t>
            </w:r>
            <w:r>
              <w:rPr>
                <w:rFonts w:ascii="Arial" w:hAnsi="Arial" w:cs="Arial"/>
                <w:b w:val="0"/>
                <w:sz w:val="26"/>
                <w:rtl w:val="1"/>
                <w:szCs w:val="26"/>
              </w:rPr>
              <w:t>מאיה קראה את ההצעה פעמיים. "אבל הקפיצה מהסלע זה הכי כיף," כתבה. ואז, אחרי דקה: "טוב. אפשר לוותר עליה הפעם." דור כתב רק "סגור 👍", אבל בערב שלח לשני הודעה פרטית: "תודה שלא סיפרת לאף אחד." רועי שלח מדבקה של צב שיוצא מהשריון ורוקד.</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ויכוח     משחק משיכה     שריון     צורך     פשרה     להודות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לאן רצתה מאיה לטייל?</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לקניון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לנחל עם המעיין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דור לא רצה ללכת לנחל?</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הוא אוהב קניונים מאוד</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הוא פוחד ממים עמוקים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הוא היה עייף</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מבטאות המדבקות של רועי – בפסקה ב ובפסקה ו?</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בהתחלה הצב מראה ש… ובסוף… 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הבינה שני בפסקה ד על ההבדל בין "עמדה" לבין "צורך"? הדגימו מהסיפור.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עמדה היא… וצורך הוא… למשל… 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שבוויכוח בין חברים כדאי להחליט בהצבעה, כי כך הכי הוגן והכי מהר. אחרים טוענים שהצבעה משאירה תמיד מישהו מאוכזב, ושעדיף לדבר עד שמוצאים פתרון שמתאים לכולם, גם אם זה לוקח זמן.</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18 · הוויכוח על הטיול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18 · הוויכוח על הטיול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